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органу Федеральной службы по надзору в сфере здравоохранения по Ставропольскому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