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Оренбургской области «Центр социальной поддержки населения»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