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Шорохову Валерию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