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Зацепину Дмитрию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