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государственному бюджетному профессиональному образовательному учреждению «Северский промышленный колледж»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