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Главному управлению Федеральной службы судебных приставов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"Кировлес" (подробнее) Ответчики: ГУФССП России по Кировской области (подробнее) РФ в лице ФССП России (подробнее) ФССП России, ГУФССП России по Кировской области (подробнее) Иные лица: Судебный пристав-исполнитель Слободского МРО ССП по Кировской области Плюснина Татьяна Ивановна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