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«Зеленоградский муниципальный округ Калининградской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МУНИЦИПАЛЬНОГО ОБРАЗОВАНИЯ "ЗЕЛЕНОГРАДСКИЙ МУНИЦИПАЛЬНЫЙ ОКРУГ КАЛИНИНГРАДСКОЙ ОБЛАСТИ" (подробнее) Ответчики: УФАС ПО КАЛИНИНГРАДСКОЙ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