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ИП Новоженин Эдуард Геннадьевич (подробнее) Ответчики: РФ в лице ФССП России (подробнее) Иные лица: Арбитражный суд Поволжского округа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