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24 декабря 2024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казенного учреждения муниципального образования Тихорецкий район «Единая служба заказчика»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