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3 декабря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«Мир продуктов»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