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«Чистая планета»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