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«Полиграм-Эксперт»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