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комитет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Западно-Сибирского округа от 13 декабря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Комитета по физической культуре, спорту и туризму администрации города Новокузнецка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