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заказчика по капитальному ремонту»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МКУ "Управление заказчика по капитальному ремонту"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