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ведущему судебному приставу-исполнителю специализированного отделения судебных приставов по Новосибирской области Главного межрегионального (специализированного) управления Федеральной службы судебных приставов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фирма "АРГО" (подробнее) Ответчики: Ведущий судебный пристав-исполнитель специализированного ОСП по Новосибирской области Главного межрегионального управления ФССП РФ Сорокин А.С. (подробнее) Ведущий судебный пристав-исполнитель специализированного отделения судебных приставов по Новосибирской области Главного межрегионального управления Федеральной службы судебных приставов России Сорокин А.С. (подробнее) Главное Межрегиональное Федеральной службы судебных приставов России (подробнее) Специализированное отделение судебных приставов Главного межрегионального управления Федеральной службы судебных приставов России (подробнее) Специализированное отделение судебных приставов по Новосибирской области Главного межрегионального (специализированного) управления Федеральной службы судебных приставов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