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Федерального казначейства по Тверской области (подробнее) Ответчики: Государственное казенное учреждение Тверской области "Тверьоблстройзаказчик"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