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Семенову Сергею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