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строительного комплекса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