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«Канзафаровский карьер»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