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информационной политики Краснодарского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Департамент информационной политики Краснодарского края (подробнее) Иные лица: Департамент финансово-бюджетного надзора Краснодарского края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