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4 июля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«Жилкомсервис № 1 Невского района»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"Жилкомсервис №1 Невского района" (подробнее) ООО "Универсальный перегрузочный комплекс" (подробнее) Ответчики: Государственная жилищная инспекция Санкт-Петербурга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