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«Теплосервис с. Абатское»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