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«Медицинский сервисный центр»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