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Скрыпкину Константину Алексеевичу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