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«Склады в Перово»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