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Межмуниципальному отделу Министерства внутренних дел России «Новолялинский»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