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«Центр занятости населения Республики Татарстан»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