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Пискуловой Наталье Аркадьевне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