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«Строительно-монтажный трест № 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"Строительно-монтажный трест №6" (подробнее) Ответчики: МКУ "Управление технического заказчика"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