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«Амурский судостроительный завод»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"ГОСУДАРСТВЕННАЯ ТРАНСПОРТНАЯЛИЗИНГОВАЯ КОМПАНИЯ" (подробнее) Ответчики: ПАО "Амурский судостроительный завод"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