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Северо-Кавказскому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"Вторая генерирующая компания оптового рынка электроэнергии" (подробнее) Ответчики: СЕВЕРО-КАВКАЗСКОЕ МЕЖРЕГИОНАЛЬНОЕ УПРАВЛЕНИЕ ФЕДЕРАЛЬНОЙ СЛУЖБЫ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