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26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«Региональная сетевая компания»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