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«Снабсервис»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ИНЖЕНЕРМАРКЕТ (подробнее) Ответчики: ООО "Снабсервис"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