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Евгеньеву Антону Львовичу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