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10 октября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в лице финансового управляющего ФИО2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ГЛАВНОЕ УПРАВЛЕНИЕ ФЕДЕРАЛЬНОЙ СЛУЖБЫ СУДЕБНЫХ ПРИСТАВОВ ПО Г.Санкт-ПетербургУ (подробнее) ООО "Мойка 22" (подробнее) Судебный пристав-исполнитель Межрайонного отдела по исполнению особых исполнительных производств и совершению отдельных исполнительных действий ГУФССП России по г. Санкт-Петербургу Лопачак Татьяна Юрьевна (подробнее) Судебный пристав-исполнитель Межрайонного отдела по исполнению особых исполнительных производств и совершению отдельных исполнительных действий ГУФССП России по г. Санкт-Петербургу Петрова Юлия Владимировна (подробнее) Иные лица: Финансовый управляющий Чукин Михаил Михайлович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