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работников «Народное предприятие «Ильичевская племптицефабрика»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