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Палласовского муниципального района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