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экспертизы и геоизысканий»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"ЦЕНТР ЭКСПЕРТИЗЫ И ГЕОИЗЫСКАНИЙ" (подробнее) Ответчики: Федеральное агентство лесного хозяйства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