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«Марин Трейдинг»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"МАРИН ТРЕЙДИНГ" (подробнее) Ответчики: Межрайонная инспекция Федеральной налоговой службы №16 по Приморского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