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предприятию Нижегородской области «Нижегородская областная фармация»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предприятие Нижегородской области "Нижегородская областная фармация"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