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26 сентября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фирма «Агрокомплекс» им. Н.И. Ткачева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фирма "Агрокомплекс им. Н.И. Ткачева (подробнее) АО ФИРМА "АГРОКОМПЛЕКС" ИМ.Н.И.ТКАЧЕВА (подробнее) Иные лица: Управление Федеральной антимонопольной службы по Краснодарскому краю (подробнее) Судьи дела: Антонова М.К. (судья) (подробнее) Последние документы по делу: Определение от 23 января 2025 г. по делу № А32-60507/2023 Определение от 3 декабря 2024 г. по делу № А32-60507/2023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