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ГОСУДАРСТВЕННОЕ БЮДЖЕТНОЕ ОБРАЗОВАТЕЛЬНОЕ УЧРЕЖДЕНИЕ ВЫСШЕГО ОБРАЗОВАНИЯ "ДОНСКОЙ ГОСУДАРСТВЕННЫЙ ТЕХНИЧЕСКИЙ УНИВЕРСИТЕТ" (подробнее) Ответчики: Управление федерального казначейства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