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января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Центрального округа от 19 ноября 2024 г.,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«КП Чистый город»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