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«Международный аэропорт Петропавловск-Камчатский (Елизово)»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"Международный аэропорт Петропавловск-Камчатский Елизово" (подробнее) Ответчики: Управление Федеральной антимонопольной службы по Камчатскому краю (подробнее) Иные лица: АО "Аэропорт Кольцово" (подробнее) АО "Международный аэропорт "Кольцово"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