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Хорольцеву Юрию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