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 октября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автономного учреждения Краснодарского края «Центр по организации питания учреждений социальной защиты населения»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государственное автономное учреждение Краснодарского края "Центр по организации питания учреждений социальной защиты населения" (подробнее) Ответчики: Управление Федеральной антимонопольной службы по Краснодарскому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