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Федеральной службы судебных приставов по Республике Башкортостан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