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Лабинского городского поселения Лабинского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