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Рамазанову Заудину Зулкарнеевичу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