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«Калманский комбинат хлебопродуктов»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МИФНС России №14 по Алтайскому краю (подробнее) ООО "Калманский комбинат хлебопродуктов" (подробнее) Ответчики: МИФНС России №10 по Алтайскому краю (подробнее) Иные лица: МИФНС России №1 по Алтайскому краю.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